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B4082" w14:textId="06482F35" w:rsidR="00C37AEA" w:rsidRPr="007025FD" w:rsidRDefault="0032729D" w:rsidP="007025FD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025F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PROPOZÍCIE A ŠTATÚT FOTOGRAFICKEJ SÚŤAŽE</w:t>
      </w:r>
      <w:r w:rsidR="007025FD" w:rsidRPr="007025F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FOTOGRAFICKÝ PLENÉR 2026</w:t>
      </w:r>
    </w:p>
    <w:p w14:paraId="2AA664AA" w14:textId="02D6D599" w:rsidR="00C37AEA" w:rsidRPr="007025FD" w:rsidRDefault="0032729D">
      <w:pPr>
        <w:jc w:val="center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  <w:sz w:val="24"/>
        </w:rPr>
        <w:t xml:space="preserve">12. september 2026 | Spišská Belá </w:t>
      </w:r>
    </w:p>
    <w:p w14:paraId="4C709265" w14:textId="77777777" w:rsidR="00C37AEA" w:rsidRPr="007025FD" w:rsidRDefault="00C37AEA">
      <w:pPr>
        <w:rPr>
          <w:rFonts w:ascii="Times New Roman" w:hAnsi="Times New Roman" w:cs="Times New Roman"/>
          <w:color w:val="000000" w:themeColor="text1"/>
        </w:rPr>
      </w:pPr>
    </w:p>
    <w:p w14:paraId="15ACFA5C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1. Charakteristika súťaže</w:t>
      </w:r>
    </w:p>
    <w:p w14:paraId="28B2996C" w14:textId="77777777" w:rsid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Petzvalov fotografický plenér 2026 je jednodňové tvorivé a súťažné fotografické podujatie venované fotografii, tvorivému pozorovaniu prostredia a odkazu významného optika, matematika a vynálezcu Jozefa Maximiliána Petzvala.</w:t>
      </w:r>
    </w:p>
    <w:p w14:paraId="20484E5C" w14:textId="405F7259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 xml:space="preserve">Cieľom podujatia je spojiť fotografov rôzneho veku a úrovne skúseností, podporiť ich kreativitu a ponúknuť im priestor 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na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 xml:space="preserve"> zachytenie mesta Spišská Belá, Strážok, ich obyvateľov, architektúry, prírody a atmosféry prostredníctvom fotografie.</w:t>
      </w:r>
    </w:p>
    <w:p w14:paraId="10F2E841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Súťažné fotografie musia vzniknúť výhradne počas konania fotografického plenéra 12. 9. 2026.</w:t>
      </w:r>
    </w:p>
    <w:p w14:paraId="51C4CE5E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2. Ciele súťaže</w:t>
      </w:r>
    </w:p>
    <w:p w14:paraId="062DD44D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rozvíjať fotografickú tvorivosť a vizuálne vnímanie;</w:t>
      </w:r>
    </w:p>
    <w:p w14:paraId="273653E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podporovať záujem o umeleckú a dokumentárnu fotografiu;</w:t>
      </w:r>
    </w:p>
    <w:p w14:paraId="6A3CCAA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prezentovať mesto Spišská Belá a Strážky prostredníctvom originálneho pohľadu fotografov;</w:t>
      </w:r>
    </w:p>
    <w:p w14:paraId="39369845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prepájať mladých, amatérskych a skúsených fotografov;</w:t>
      </w:r>
    </w:p>
    <w:p w14:paraId="7E7C6CB9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podporovať tvorivé stretnutia a výmenu skúseností;</w:t>
      </w:r>
    </w:p>
    <w:p w14:paraId="0663F75C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pripomínať význam osobnosti Jozefa Maximiliána Petzvala a jeho prínos pre rozvoj fotografie;</w:t>
      </w:r>
    </w:p>
    <w:p w14:paraId="44154B87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vytvoriť kolekciu fotografií dokumentujúcich súčasnú podobu, atmosféru a život mesta.</w:t>
      </w:r>
    </w:p>
    <w:p w14:paraId="7FFF6257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3. Termín a miesto</w:t>
      </w:r>
    </w:p>
    <w:p w14:paraId="036C9DD1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Termín konania: sobota 12. septembra 2026</w:t>
      </w:r>
    </w:p>
    <w:p w14:paraId="78EF184A" w14:textId="652F5969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Začiatok: 9:00 hod.</w:t>
      </w:r>
      <w:r w:rsidR="007025FD">
        <w:rPr>
          <w:rFonts w:ascii="Times New Roman" w:hAnsi="Times New Roman" w:cs="Times New Roman"/>
          <w:color w:val="000000" w:themeColor="text1"/>
        </w:rPr>
        <w:t xml:space="preserve"> – Múzeum J.M.Petzvala, </w:t>
      </w:r>
      <w:r w:rsidR="007025FD" w:rsidRPr="007025FD">
        <w:rPr>
          <w:rFonts w:ascii="Times New Roman" w:hAnsi="Times New Roman" w:cs="Times New Roman"/>
          <w:color w:val="000000" w:themeColor="text1"/>
        </w:rPr>
        <w:t>Petzvalova 286/30</w:t>
      </w:r>
      <w:r w:rsidR="007025FD">
        <w:rPr>
          <w:rFonts w:ascii="Times New Roman" w:hAnsi="Times New Roman" w:cs="Times New Roman"/>
          <w:color w:val="000000" w:themeColor="text1"/>
        </w:rPr>
        <w:t xml:space="preserve">, Spišská Belá </w:t>
      </w:r>
    </w:p>
    <w:p w14:paraId="0783C606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Ukončenie fotografovania a plenéra: 16:00 hod.</w:t>
      </w:r>
    </w:p>
    <w:p w14:paraId="65508076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Fotografovať je možné na území Spišskej Belej, Strážok a v celom katastrálnom území mesta Spišská Belá. Účastník si miesto fotografovania v rámci určeného územia vyberá samostatne.</w:t>
      </w:r>
    </w:p>
    <w:p w14:paraId="5C5D161E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4. Registrácia</w:t>
      </w:r>
    </w:p>
    <w:p w14:paraId="7A266246" w14:textId="5612C7EE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 xml:space="preserve">Registrácia účastníkov bude prebiehať od </w:t>
      </w:r>
      <w:r w:rsidR="005111B4" w:rsidRPr="007025FD">
        <w:rPr>
          <w:rFonts w:ascii="Times New Roman" w:hAnsi="Times New Roman" w:cs="Times New Roman"/>
          <w:color w:val="000000" w:themeColor="text1"/>
        </w:rPr>
        <w:t>15</w:t>
      </w:r>
      <w:r w:rsidRPr="007025FD">
        <w:rPr>
          <w:rFonts w:ascii="Times New Roman" w:hAnsi="Times New Roman" w:cs="Times New Roman"/>
          <w:color w:val="000000" w:themeColor="text1"/>
        </w:rPr>
        <w:t>. 8. 2026 do 9. 9. 2026 prostredníctvom online registračného formulára.</w:t>
      </w:r>
    </w:p>
    <w:p w14:paraId="2D950E6B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Pri registrácii účastník uvedie požadované kontaktné údaje a potvrdí súhlas s propozíciami, štatútom a podmienkami fotografickej súťaže.</w:t>
      </w:r>
    </w:p>
    <w:p w14:paraId="4A56E36E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Registračný poplatok: 6 € / osoba.</w:t>
      </w:r>
    </w:p>
    <w:p w14:paraId="025FD486" w14:textId="353EEDC9" w:rsidR="00C37AEA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lastRenderedPageBreak/>
        <w:t xml:space="preserve">Poplatok sa uhrádza vopred online. Úhrada registračného poplatku na mieste nebude možná. </w:t>
      </w:r>
      <w:r w:rsidR="00A438F2">
        <w:rPr>
          <w:rFonts w:ascii="Times New Roman" w:hAnsi="Times New Roman" w:cs="Times New Roman"/>
          <w:color w:val="000000" w:themeColor="text1"/>
        </w:rPr>
        <w:t xml:space="preserve">Uhradený poplatok </w:t>
      </w:r>
      <w:proofErr w:type="gramStart"/>
      <w:r w:rsidR="00A438F2">
        <w:rPr>
          <w:rFonts w:ascii="Times New Roman" w:hAnsi="Times New Roman" w:cs="Times New Roman"/>
          <w:color w:val="000000" w:themeColor="text1"/>
        </w:rPr>
        <w:t>sa</w:t>
      </w:r>
      <w:proofErr w:type="gramEnd"/>
      <w:r w:rsidR="00A438F2">
        <w:rPr>
          <w:rFonts w:ascii="Times New Roman" w:hAnsi="Times New Roman" w:cs="Times New Roman"/>
          <w:color w:val="000000" w:themeColor="text1"/>
        </w:rPr>
        <w:t xml:space="preserve"> v prípade neúčasti nevracia. </w:t>
      </w:r>
      <w:r w:rsidRPr="007025FD">
        <w:rPr>
          <w:rFonts w:ascii="Times New Roman" w:hAnsi="Times New Roman" w:cs="Times New Roman"/>
          <w:color w:val="000000" w:themeColor="text1"/>
        </w:rPr>
        <w:t xml:space="preserve">Registrácia zároveň slúži organizátorom 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na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 xml:space="preserve"> zabezpečenie spoločného obeda a organizačných potrieb plenéra.</w:t>
      </w:r>
    </w:p>
    <w:p w14:paraId="4A34FEFA" w14:textId="6883C188" w:rsidR="00A438F2" w:rsidRPr="007025FD" w:rsidRDefault="00A438F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IBAN: SK86 0200 0000 0000 2702 0562, nazbudnúť uviesť variabilný symbol 12092026</w:t>
      </w:r>
      <w:proofErr w:type="gramStart"/>
      <w:r>
        <w:rPr>
          <w:rFonts w:ascii="Times New Roman" w:hAnsi="Times New Roman" w:cs="Times New Roman"/>
          <w:color w:val="000000" w:themeColor="text1"/>
        </w:rPr>
        <w:t>,do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poznámky uviesť svoje meno. meno</w:t>
      </w:r>
    </w:p>
    <w:p w14:paraId="3168B8D3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5. Súťažné kategórie</w:t>
      </w:r>
    </w:p>
    <w:p w14:paraId="19874D93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Kategória A – Mladý fotograf (do 15 rokov)</w:t>
      </w:r>
    </w:p>
    <w:p w14:paraId="76B7BF7D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Určená žiakom základných škôl, základných umeleckých škôl a mladým záujemcom o fotografiu.</w:t>
      </w:r>
    </w:p>
    <w:p w14:paraId="023A1C5E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Kategória B – Študent (16 – 20 rokov)</w:t>
      </w:r>
    </w:p>
    <w:p w14:paraId="0A5F02AA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Určená predovšetkým študentom stredných škôl, stredných umeleckých škôl a mladým fotografom.</w:t>
      </w:r>
    </w:p>
    <w:p w14:paraId="79F5F64B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Kategória C – Fotograf – dospelý (od 21 rokov)</w:t>
      </w:r>
    </w:p>
    <w:p w14:paraId="6BF69777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Otvorená kategória pre dospelých amatérskych a pokročilých fotografov.</w:t>
      </w:r>
    </w:p>
    <w:p w14:paraId="6E1DA770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Kategória D – Profesionálny fotograf</w:t>
      </w:r>
    </w:p>
    <w:p w14:paraId="02AD7398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Určená autorom, ktorí sa fotografii venujú profesionálne alebo majú odborné fotografické vzdelanie.</w:t>
      </w:r>
    </w:p>
    <w:p w14:paraId="53384417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Organizátor si vyhradzuje právo kategórie zlúčiť v prípade nízkeho počtu prihlásených účastníkov.</w:t>
      </w:r>
    </w:p>
    <w:p w14:paraId="30991733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6. Témy fotografického plenéra</w:t>
      </w:r>
    </w:p>
    <w:p w14:paraId="7C1BDF22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Téma 1 – VÝNIMOČNOSŤ MESTA</w:t>
      </w:r>
    </w:p>
    <w:p w14:paraId="544C12DC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„V labyrinte múrov mesta hľadaj skryté svety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.“</w:t>
      </w:r>
      <w:proofErr w:type="gramEnd"/>
    </w:p>
    <w:p w14:paraId="057C7757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Fotografia má zachytiť to, čo robí Spišskú Belú a Strážky jedinečnými – architektúru, historické detaily, ulice, zákutia, dominanty, kontrasty starého a nového alebo drobnosti, ktoré bežný návštevník často prehliadne.</w:t>
      </w:r>
    </w:p>
    <w:p w14:paraId="12FAE9EC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Téma 2 – MESTO A PRÍRODA</w:t>
      </w:r>
    </w:p>
    <w:p w14:paraId="3EECC7BE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„Príroda odhaľuje tajomstvá, ktoré mesto zabudlo vysloviť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.“</w:t>
      </w:r>
      <w:proofErr w:type="gramEnd"/>
    </w:p>
    <w:p w14:paraId="1CB7A907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Téma prepája mestské prostredie s prírodou. Autori môžu pracovať s krajinou, stromami, zeleňou, vodou, odrazmi, svetlom, tieňom a vzťahom medzi človekom vytvoreným prostredím a prírodou.</w:t>
      </w:r>
    </w:p>
    <w:p w14:paraId="4CDC45B0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Téma 3 – ĽUDIA V POHYBE</w:t>
      </w:r>
    </w:p>
    <w:p w14:paraId="396A4A1A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„Okamih, ktorý sa už nezopakuje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.“</w:t>
      </w:r>
      <w:proofErr w:type="gramEnd"/>
    </w:p>
    <w:p w14:paraId="3DA9A721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Téma je zameraná na človeka a život mesta. Fotografie môžu zachytávať ľudí pri práci, športe, prechádzke, stretnutiach alebo každodenných činnostiach. Dôležitá je schopnosť fotografa zachytiť rozhodujúci okamih, emóciu, pohyb alebo autentickú atmosféru.</w:t>
      </w:r>
    </w:p>
    <w:p w14:paraId="307D751B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7. Podmienky účasti a fotografovania</w:t>
      </w:r>
    </w:p>
    <w:p w14:paraId="580257A9" w14:textId="77777777" w:rsidR="00C37AEA" w:rsidRPr="007025FD" w:rsidRDefault="0032729D">
      <w:pPr>
        <w:pStyle w:val="slovanzoznam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Súťaže sa môže zúčastniť každý riadne registrovaný účastník.</w:t>
      </w:r>
    </w:p>
    <w:p w14:paraId="6CE9D9D7" w14:textId="6485F47F" w:rsidR="00C37AEA" w:rsidRPr="007025FD" w:rsidRDefault="0032729D">
      <w:pPr>
        <w:pStyle w:val="slovanzoznam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Do súťaže je možné prihlásiť iba fotografie vytvorené 12. 9. 2026 počas fotografického plenéra.</w:t>
      </w:r>
    </w:p>
    <w:p w14:paraId="6256F913" w14:textId="77777777" w:rsidR="00C37AEA" w:rsidRPr="007025FD" w:rsidRDefault="0032729D">
      <w:pPr>
        <w:pStyle w:val="slovanzoznam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lastRenderedPageBreak/>
        <w:t>Fotografie musia vzniknúť na určenom území Spišskej Belej a Strážok.</w:t>
      </w:r>
    </w:p>
    <w:p w14:paraId="3D9E445D" w14:textId="77777777" w:rsidR="00C37AEA" w:rsidRPr="007025FD" w:rsidRDefault="0032729D">
      <w:pPr>
        <w:pStyle w:val="slovanzoznam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Každý autor môže do súťaže odovzdať maximálne 3 fotografie.</w:t>
      </w:r>
    </w:p>
    <w:p w14:paraId="7BB1844A" w14:textId="77777777" w:rsidR="00C37AEA" w:rsidRPr="007025FD" w:rsidRDefault="0032729D">
      <w:pPr>
        <w:pStyle w:val="slovanzoznam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Odporúča sa odovzdať jednu fotografiu ku každému tematickému okruhu.</w:t>
      </w:r>
    </w:p>
    <w:p w14:paraId="642D0949" w14:textId="77777777" w:rsidR="00C37AEA" w:rsidRPr="007025FD" w:rsidRDefault="0032729D">
      <w:pPr>
        <w:pStyle w:val="slovanzoznam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Fotografie musia byť vlastným autorským dielom účastníka.</w:t>
      </w:r>
    </w:p>
    <w:p w14:paraId="2ECA1FD8" w14:textId="77777777" w:rsidR="00C37AEA" w:rsidRPr="007025FD" w:rsidRDefault="0032729D">
      <w:pPr>
        <w:pStyle w:val="slovanzoznam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Fotografia musí vzniknúť fotografickým procesom; generovanie obrazu pomocou umelej inteligencie nie je prípustné.</w:t>
      </w:r>
    </w:p>
    <w:p w14:paraId="1B3471A5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8. Technické parametre súťažných fotografií</w:t>
      </w:r>
    </w:p>
    <w:p w14:paraId="45F8880E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8.1 Povinné odovzdanie v dvoch súboroch</w:t>
      </w:r>
    </w:p>
    <w:p w14:paraId="6A885501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Každá súťažná fotografia musí byť odovzdaná v dvoch verziách: (A) finálna súťažná fotografia vo formáte JPG/JPEG a (B) originálny RAW súbor priamo z fotoaparátu alebo zariadenia.</w:t>
      </w:r>
    </w:p>
    <w:p w14:paraId="0B31F1FD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8.2 Finálna fotografia – JPG/JPEG</w:t>
      </w:r>
    </w:p>
    <w:p w14:paraId="161D3C99" w14:textId="350798C1" w:rsidR="00C37AEA" w:rsidRPr="007025FD" w:rsidRDefault="00BD7AFC">
      <w:pPr>
        <w:pStyle w:val="Zoznamsodrkami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formát: JPG/JPEG</w:t>
      </w:r>
      <w:r w:rsidR="00A02790">
        <w:rPr>
          <w:rFonts w:ascii="Times New Roman" w:hAnsi="Times New Roman" w:cs="Times New Roman"/>
          <w:color w:val="000000" w:themeColor="text1"/>
        </w:rPr>
        <w:t>,</w:t>
      </w:r>
    </w:p>
    <w:p w14:paraId="7AAA6A35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farebný priestor: sRGB;</w:t>
      </w:r>
    </w:p>
    <w:p w14:paraId="76B96F08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kvalita JPG: 90 – 100 %;</w:t>
      </w:r>
    </w:p>
    <w:p w14:paraId="42E588CE" w14:textId="676195A8" w:rsidR="00C37AEA" w:rsidRPr="007025FD" w:rsidRDefault="006630A3">
      <w:pPr>
        <w:pStyle w:val="Zoznamsodrkami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minimálne rozlíšenie: 4</w:t>
      </w:r>
      <w:r w:rsidR="0032729D" w:rsidRPr="007025FD">
        <w:rPr>
          <w:rFonts w:ascii="Times New Roman" w:hAnsi="Times New Roman" w:cs="Times New Roman"/>
          <w:color w:val="000000" w:themeColor="text1"/>
        </w:rPr>
        <w:t>000 px na dlhšej strane;</w:t>
      </w:r>
    </w:p>
    <w:p w14:paraId="7ABE2D42" w14:textId="44C61E69" w:rsidR="00C37AEA" w:rsidRDefault="006630A3">
      <w:pPr>
        <w:pStyle w:val="Zoznamsodrkami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odporúčané rozlíšenie: 5</w:t>
      </w:r>
      <w:r w:rsidR="0032729D" w:rsidRPr="007025FD">
        <w:rPr>
          <w:rFonts w:ascii="Times New Roman" w:hAnsi="Times New Roman" w:cs="Times New Roman"/>
          <w:color w:val="000000" w:themeColor="text1"/>
        </w:rPr>
        <w:t>000 px a viac na dlhšej strane;</w:t>
      </w:r>
    </w:p>
    <w:p w14:paraId="7F897E3A" w14:textId="1D9D4BFF" w:rsidR="00331098" w:rsidRPr="00331098" w:rsidRDefault="00331098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331098">
        <w:rPr>
          <w:rFonts w:ascii="Times New Roman" w:hAnsi="Times New Roman" w:cs="Times New Roman"/>
        </w:rPr>
        <w:t>požadované rozlíšenie fotografie minimálne 300 dpi</w:t>
      </w:r>
    </w:p>
    <w:p w14:paraId="6CDB48CA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fotografia má byť odovzdaná v najvyššej dostupnej kvalite;</w:t>
      </w:r>
    </w:p>
    <w:p w14:paraId="33846B7D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fotografia nesmie obsahovať rám, grafické prvky, podpis, logo, vodoznak ani meno autora priamo v obraze.</w:t>
      </w:r>
    </w:p>
    <w:p w14:paraId="7A1C68DB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Organizátor odporúča zachovať pôvodné rozlíšenie fotografie a zbytočne súbor nezmenšovať. Fotografie vybrané na výstavu môžu byť vyžiadané vo vyššom rozlíšení vhodnom na kvalitnú tlač.</w:t>
      </w:r>
    </w:p>
    <w:p w14:paraId="2EEFA095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8.3 Originálny RAW súbor – POVINNÝ</w:t>
      </w:r>
    </w:p>
    <w:p w14:paraId="39F033E5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Ku každej súťažnej fotografii je autor povinný odovzdať originálny RAW súbor priamo z fotoaparátu alebo zariadenia.</w:t>
      </w:r>
    </w:p>
    <w:p w14:paraId="4F03A1C5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Akceptované sú napríklad formáty .CR2, .CR3, .NEF, .ARW, .RAF, .ORF, .RW2, .DNG a ďalšie originálne RAW formáty používané výrobcom zariadenia.</w:t>
      </w:r>
    </w:p>
    <w:p w14:paraId="5961EAA4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RAW slúži na overenie autorstva;</w:t>
      </w:r>
    </w:p>
    <w:p w14:paraId="1C737AE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na overenie dátumu a času vzniku fotografie;</w:t>
      </w:r>
    </w:p>
    <w:p w14:paraId="153DF9C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na kontrolu pôvodného obrazového záznamu;</w:t>
      </w:r>
    </w:p>
    <w:p w14:paraId="05A35029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na porovnanie originálu s výslednou JPG fotografiou;</w:t>
      </w:r>
    </w:p>
    <w:p w14:paraId="6546EFB6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na overenie rozsahu postprodukčných úprav;</w:t>
      </w:r>
    </w:p>
    <w:p w14:paraId="6D67098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na ochranu transparentnosti a dôveryhodnosti súťaže.</w:t>
      </w:r>
    </w:p>
    <w:p w14:paraId="24E4ABC0" w14:textId="0BAB6CC3" w:rsidR="00C37AEA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RAW súbor sa nesmie pred odovzdaním obsahovo upravovať ani nahrádzať exportovanou alebo umelo vytvorenou verziou. Pôvodné EXIF a ďalšie metadáta musia zostať zachované.</w:t>
      </w:r>
    </w:p>
    <w:p w14:paraId="4A7834D4" w14:textId="73751D9B" w:rsidR="00103820" w:rsidRPr="007025FD" w:rsidRDefault="00103820">
      <w:pPr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Ak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autr na dosiahnutie výslednej fotografie využije techniku spájania viacerých záberov (napr. expozičný bracketing, panorá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</w:rPr>
        <w:t>ma, focus stacking), je povinný priložiť všetky zdrojové RAW súbory, z ktorých výsledná fotografia vznikla.</w:t>
      </w:r>
    </w:p>
    <w:p w14:paraId="2EEF05CB" w14:textId="6EE5E7A6" w:rsidR="00541CE7" w:rsidRDefault="00541CE7">
      <w:pPr>
        <w:pStyle w:val="Nadpis2"/>
        <w:rPr>
          <w:rFonts w:ascii="Times New Roman" w:hAnsi="Times New Roman" w:cs="Times New Roman"/>
          <w:color w:val="000000" w:themeColor="text1"/>
        </w:rPr>
      </w:pPr>
    </w:p>
    <w:p w14:paraId="04F4B794" w14:textId="77777777" w:rsidR="00541CE7" w:rsidRPr="00541CE7" w:rsidRDefault="00541CE7" w:rsidP="00541CE7"/>
    <w:p w14:paraId="739DB166" w14:textId="779BCC06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lastRenderedPageBreak/>
        <w:t>8.4 Fotografovanie mobilným telefónom</w:t>
      </w:r>
    </w:p>
    <w:p w14:paraId="03AB8F4B" w14:textId="38B72BEF" w:rsidR="00C37AEA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 xml:space="preserve">Účasť s mobilným telefónom je možná iba za predpokladu, že zariadenie alebo použitá fotografická aplikácia umožňuje vytvoriť 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 xml:space="preserve"> odovzdať originálny RAW/DNG súbor. Účastníkom 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sa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 xml:space="preserve"> odporúča túto možnosť overiť ešte pred začiatkom plenéra.</w:t>
      </w:r>
    </w:p>
    <w:p w14:paraId="661D5473" w14:textId="675A3B8D" w:rsidR="0026793F" w:rsidRPr="007025FD" w:rsidRDefault="0026793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Pre účastníkov môže byť udelená výnimka. </w:t>
      </w:r>
      <w:proofErr w:type="gramStart"/>
      <w:r>
        <w:rPr>
          <w:rFonts w:ascii="Times New Roman" w:hAnsi="Times New Roman" w:cs="Times New Roman"/>
          <w:color w:val="000000" w:themeColor="text1"/>
        </w:rPr>
        <w:t>Ak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ich zariadenie </w:t>
      </w:r>
      <w:r w:rsidR="00103820">
        <w:rPr>
          <w:rFonts w:ascii="Times New Roman" w:hAnsi="Times New Roman" w:cs="Times New Roman"/>
          <w:color w:val="000000" w:themeColor="text1"/>
        </w:rPr>
        <w:t>formá</w:t>
      </w:r>
      <w:r>
        <w:rPr>
          <w:rFonts w:ascii="Times New Roman" w:hAnsi="Times New Roman" w:cs="Times New Roman"/>
          <w:color w:val="000000" w:themeColor="text1"/>
        </w:rPr>
        <w:t xml:space="preserve">t RAW nepodporuje, ako </w:t>
      </w:r>
      <w:r w:rsidR="00875CE0">
        <w:rPr>
          <w:rFonts w:ascii="Times New Roman" w:hAnsi="Times New Roman" w:cs="Times New Roman"/>
          <w:color w:val="000000" w:themeColor="text1"/>
        </w:rPr>
        <w:t>originá</w:t>
      </w:r>
      <w:r>
        <w:rPr>
          <w:rFonts w:ascii="Times New Roman" w:hAnsi="Times New Roman" w:cs="Times New Roman"/>
          <w:color w:val="000000" w:themeColor="text1"/>
        </w:rPr>
        <w:t xml:space="preserve">l </w:t>
      </w:r>
      <w:r w:rsidR="00875CE0">
        <w:rPr>
          <w:rFonts w:ascii="Times New Roman" w:hAnsi="Times New Roman" w:cs="Times New Roman"/>
          <w:color w:val="000000" w:themeColor="text1"/>
        </w:rPr>
        <w:t xml:space="preserve">bude akceptovaný neupravený JPG súbor priamo z aplikácie fotoaparátu </w:t>
      </w:r>
      <w:r w:rsidR="00541CE7">
        <w:rPr>
          <w:rFonts w:ascii="Times New Roman" w:hAnsi="Times New Roman" w:cs="Times New Roman"/>
          <w:color w:val="000000" w:themeColor="text1"/>
        </w:rPr>
        <w:t xml:space="preserve">(tzv. SOOC – Straight Out Of Camera). Tento súbor musí obsahovať neporušené EXIF data potvrdzujúce </w:t>
      </w:r>
      <w:proofErr w:type="gramStart"/>
      <w:r w:rsidR="00541CE7">
        <w:rPr>
          <w:rFonts w:ascii="Times New Roman" w:hAnsi="Times New Roman" w:cs="Times New Roman"/>
          <w:color w:val="000000" w:themeColor="text1"/>
        </w:rPr>
        <w:t>čas</w:t>
      </w:r>
      <w:proofErr w:type="gramEnd"/>
      <w:r w:rsidR="00541CE7">
        <w:rPr>
          <w:rFonts w:ascii="Times New Roman" w:hAnsi="Times New Roman" w:cs="Times New Roman"/>
          <w:color w:val="000000" w:themeColor="text1"/>
        </w:rPr>
        <w:t xml:space="preserve"> a miesto vzniku.</w:t>
      </w:r>
    </w:p>
    <w:p w14:paraId="67A4DFD3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9. Povolené úpravy fotografie</w:t>
      </w:r>
    </w:p>
    <w:p w14:paraId="3B2B889B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Cieľom súťaže je hodnotiť fotografické videnie autora, prácu so svetlom, kompozíciu, zachytený okamih a fotografické spracovanie, nie digitálnu fotomontáž.</w:t>
      </w:r>
    </w:p>
    <w:p w14:paraId="10246BD1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úprava expozície, kontrastu, svetiel a tieňov;</w:t>
      </w:r>
    </w:p>
    <w:p w14:paraId="6048EBA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vyváženie bielej a farebnej teploty;</w:t>
      </w:r>
    </w:p>
    <w:p w14:paraId="6885E88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primeraná úprava sýtosti a farebnosti;</w:t>
      </w:r>
    </w:p>
    <w:p w14:paraId="74370C23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prevod do čiernobielej podoby;</w:t>
      </w:r>
    </w:p>
    <w:p w14:paraId="7ED98D47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doostrenie a redukcia digitálneho šumu;</w:t>
      </w:r>
    </w:p>
    <w:p w14:paraId="7B0DD2A7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korekcia objektívu a perspektívy;</w:t>
      </w:r>
    </w:p>
    <w:p w14:paraId="5C57463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vyrovnanie horizontu;</w:t>
      </w:r>
    </w:p>
    <w:p w14:paraId="1B2E1F20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primeraný orez fotografie;</w:t>
      </w:r>
    </w:p>
    <w:p w14:paraId="536CD25C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lokálne zosvetlenie alebo stmavenie častí fotografie.</w:t>
      </w:r>
    </w:p>
    <w:p w14:paraId="10CEF50F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Úpravy nesmú zásadne meniť obsah, význam alebo realitu zachytenej scény.</w:t>
      </w:r>
    </w:p>
    <w:p w14:paraId="6E9BE78F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10. Zakázané úpravy</w:t>
      </w:r>
    </w:p>
    <w:p w14:paraId="6E0F521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pridávanie objektov, ktoré sa v pôvodnej scéne nenachádzali;</w:t>
      </w:r>
    </w:p>
    <w:p w14:paraId="5CCDCB1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odstraňovanie podstatných objektov alebo osôb zo scény;</w:t>
      </w:r>
    </w:p>
    <w:p w14:paraId="5DF455B7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výmena oblohy alebo pozadia;</w:t>
      </w:r>
    </w:p>
    <w:p w14:paraId="01894811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pridávanie svetelných lúčov, hmly, dažďa, snehu, hviezd alebo iných prvkov, ktoré neboli súčasťou pôvodnej scény;</w:t>
      </w:r>
    </w:p>
    <w:p w14:paraId="0A9E6DF3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kombinovanie viacerých rôznych fotografií do jednej fotomontáže alebo kompozitu;</w:t>
      </w:r>
    </w:p>
    <w:p w14:paraId="7AECB879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zmena tváre alebo postavy fotografovanej osoby;</w:t>
      </w:r>
    </w:p>
    <w:p w14:paraId="666E044F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zásadná zmena tvaru alebo vzhľadu objektov;</w:t>
      </w:r>
    </w:p>
    <w:p w14:paraId="25A84728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generatívne dopĺňanie, rozširovanie alebo odstraňovanie obrazového obsahu.</w:t>
      </w:r>
    </w:p>
    <w:p w14:paraId="43BE980E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11. Zákaz použitia umelej inteligencie (AI)</w:t>
      </w:r>
    </w:p>
    <w:p w14:paraId="01DC38B7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 Petzvalovom fotografickom plenéri je zakázané používanie generatívnej umelej inteligencie na vytvorenie alebo obsahovú úpravu súťažnej fotografie.</w:t>
      </w:r>
    </w:p>
    <w:p w14:paraId="78787FF8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neprípustná je fotografia úplne alebo čiastočne vytvorená pomocou AI;</w:t>
      </w:r>
    </w:p>
    <w:p w14:paraId="41D255D7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neprípustné je generatívne dopĺňanie alebo odstraňovanie obrazových prvkov;</w:t>
      </w:r>
    </w:p>
    <w:p w14:paraId="3D33F68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neprípustná je AI výmena alebo tvorba pozadia či oblohy;</w:t>
      </w:r>
    </w:p>
    <w:p w14:paraId="0D85F96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neprípustné je generovanie osôb, predmetov, svetla alebo iného obrazového obsahu;</w:t>
      </w:r>
    </w:p>
    <w:p w14:paraId="67BCD1A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proofErr w:type="gramStart"/>
      <w:r w:rsidRPr="007025FD">
        <w:rPr>
          <w:rFonts w:ascii="Times New Roman" w:hAnsi="Times New Roman" w:cs="Times New Roman"/>
          <w:color w:val="000000" w:themeColor="text1"/>
        </w:rPr>
        <w:lastRenderedPageBreak/>
        <w:t>zakázané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 xml:space="preserve"> sú funkcie typu Generative Fill, Generative Expand, generatívne odstránenie objektov, text-to-image, image-to-image a obdobné nástroje.</w:t>
      </w:r>
    </w:p>
    <w:p w14:paraId="51C3140F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Použitie generatívnej AI je neprípustné aj vtedy, ak generovaný obsah tvorí iba malú časť výslednej fotografie. Súťažná fotografia musí byť výsledkom fotografického procesu – nie generovania obrazu.</w:t>
      </w:r>
    </w:p>
    <w:p w14:paraId="43E565FB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12. Kontrola RAW súborov</w:t>
      </w:r>
    </w:p>
    <w:p w14:paraId="5286228D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Odborná porota alebo organizátor má právo:</w:t>
      </w:r>
    </w:p>
    <w:p w14:paraId="7EE8694A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otvoriť a skontrolovať RAW súbor;</w:t>
      </w:r>
    </w:p>
    <w:p w14:paraId="351C3591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skontrolovať EXIF údaje, dátum a čas vytvorenia fotografie;</w:t>
      </w:r>
    </w:p>
    <w:p w14:paraId="163FD4E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overiť typ fotoaparátu alebo zariadenia;</w:t>
      </w:r>
    </w:p>
    <w:p w14:paraId="29D7FBA9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porovnať RAW a JPG verziu;</w:t>
      </w:r>
    </w:p>
    <w:p w14:paraId="5DDE5663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posúdiť rozsah vykonaných úprav;</w:t>
      </w:r>
    </w:p>
    <w:p w14:paraId="35A5058F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požiadať autora o doplňujúce vysvetlenie spôsobu spracovania fotografie.</w:t>
      </w:r>
    </w:p>
    <w:p w14:paraId="16D30084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Ak bude medzi RAW súborom a finálnou fotografiou zistený zásadný obsahový rozdiel, fotografia môže byť vyradená zo súťaže.</w:t>
      </w:r>
    </w:p>
    <w:p w14:paraId="37C778F5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13. Odovzdanie súťažných fotografií</w:t>
      </w:r>
    </w:p>
    <w:p w14:paraId="7A7820E6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13.1 Termín</w:t>
      </w:r>
    </w:p>
    <w:p w14:paraId="6D9305D9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Konečný termín odovzdania fotografií je 14. september 2026 do 23:59 hod. Po tomto termíne fotografie nemusia byť prijaté.</w:t>
      </w:r>
    </w:p>
    <w:p w14:paraId="3C543E0F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13.2 Spôsob</w:t>
      </w:r>
    </w:p>
    <w:p w14:paraId="06DD9268" w14:textId="55FB4EC6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 xml:space="preserve">Fotografie 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sa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 xml:space="preserve"> budú odov</w:t>
      </w:r>
      <w:r w:rsidR="004704C6">
        <w:rPr>
          <w:rFonts w:ascii="Times New Roman" w:hAnsi="Times New Roman" w:cs="Times New Roman"/>
          <w:color w:val="000000" w:themeColor="text1"/>
        </w:rPr>
        <w:t>zdávať elektronicky cez úložiská.</w:t>
      </w:r>
    </w:p>
    <w:p w14:paraId="7D4641CC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 xml:space="preserve">Za každú súťažnú fotografiu účastník odovzdá 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1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>× finálnu fotografiu JPG/JPEG a 1× príslušný originálny RAW súbor. Pri troch súťažných fotografiách teda odovzdá 3 JPG + 3 RAW súbory.</w:t>
      </w:r>
    </w:p>
    <w:p w14:paraId="0B571AC9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13.3 Označenie súborov</w:t>
      </w:r>
    </w:p>
    <w:p w14:paraId="27AB453F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Odporúčané pomenovanie: PRIEZVISKO_MENO_TEMA_CISLO</w:t>
      </w:r>
    </w:p>
    <w:p w14:paraId="708C4C83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Príklad: NOVAK_JAN_MESTO_01.jpg a NOVAK_JAN_MESTO_01.CR3. RAW a JPG verzia jednej fotografie musia mať zhodné označenie.</w:t>
      </w:r>
    </w:p>
    <w:p w14:paraId="51603A7F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13.4 Údaje k fotografii</w:t>
      </w:r>
    </w:p>
    <w:p w14:paraId="73B0EC2E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meno a priezvisko autora;</w:t>
      </w:r>
    </w:p>
    <w:p w14:paraId="65619CF1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vek;</w:t>
      </w:r>
    </w:p>
    <w:p w14:paraId="6CCEA9AE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súťažná kategória;</w:t>
      </w:r>
    </w:p>
    <w:p w14:paraId="4F507A23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názov fotografie;</w:t>
      </w:r>
    </w:p>
    <w:p w14:paraId="5D6A695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tematický okruh;</w:t>
      </w:r>
    </w:p>
    <w:p w14:paraId="56589D53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miesto vytvorenia fotografie;</w:t>
      </w:r>
    </w:p>
    <w:p w14:paraId="20986E1E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typ použitého fotoaparátu alebo zariadenia;</w:t>
      </w:r>
    </w:p>
    <w:p w14:paraId="12C53D2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kontaktný e-mail.</w:t>
      </w:r>
    </w:p>
    <w:p w14:paraId="33C6F8BA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lastRenderedPageBreak/>
        <w:t>13.5 Anonymita hodnotenia</w:t>
      </w:r>
    </w:p>
    <w:p w14:paraId="7340B3F6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Organizátor zabezpečí, aby odborná porota pri samotnom hodnotení podľa možností nepoznala meno autora. Fotografie budú porote prezentované pod prideleným súťažným číslom alebo kódom.</w:t>
      </w:r>
    </w:p>
    <w:p w14:paraId="1444CDA5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14. Hodnotenie fotografií</w:t>
      </w:r>
    </w:p>
    <w:p w14:paraId="2E91EE5C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Fotografie bude hodnotiť minimálne trojčlenná odborná porota zložená z odborníkov z oblasti fotografie, výtvarného umenia a vizuálnej kultúry.</w:t>
      </w:r>
    </w:p>
    <w:p w14:paraId="2F721AD6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Porota bude hodnotiť najmä:</w:t>
      </w:r>
    </w:p>
    <w:p w14:paraId="477C4E4C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originalitu a kreativitu;</w:t>
      </w:r>
    </w:p>
    <w:p w14:paraId="06D48930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kompozíciu;</w:t>
      </w:r>
    </w:p>
    <w:p w14:paraId="229FA62B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technickú kvalitu;</w:t>
      </w:r>
    </w:p>
    <w:p w14:paraId="61B68E25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prácu so svetlom;</w:t>
      </w:r>
    </w:p>
    <w:p w14:paraId="33780911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atmosféru fotografie;</w:t>
      </w:r>
    </w:p>
    <w:p w14:paraId="1F00B309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interpretáciu zadanej témy;</w:t>
      </w:r>
    </w:p>
    <w:p w14:paraId="78E11C49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vizuálnu a umeleckú pôsobivosť.</w:t>
      </w:r>
    </w:p>
    <w:p w14:paraId="6F070950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Rozhodnutie odbornej poroty je konečné.</w:t>
      </w:r>
    </w:p>
    <w:p w14:paraId="7BFD385F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15. Navrhované zloženie poroty</w:t>
      </w:r>
    </w:p>
    <w:p w14:paraId="3C688D85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Vlado Hurajt</w:t>
      </w:r>
    </w:p>
    <w:p w14:paraId="120A0EA5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Nikola Podolinská</w:t>
      </w:r>
    </w:p>
    <w:p w14:paraId="26E095ED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Milan Cehula</w:t>
      </w:r>
    </w:p>
    <w:p w14:paraId="10E4719A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Definitívne zloženie poroty bude zverejnené organizátorom pred hodnotením súťaže.</w:t>
      </w:r>
    </w:p>
    <w:p w14:paraId="26E6E5E2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16. Ocenenia</w:t>
      </w:r>
    </w:p>
    <w:p w14:paraId="030DC6C7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 jednotlivých súťažných kategóriách sa predpokladá udelenie cien:</w:t>
      </w:r>
    </w:p>
    <w:p w14:paraId="428F7232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1. miesto – 200 €</w:t>
      </w:r>
    </w:p>
    <w:p w14:paraId="141CC0F6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2. miesto – 150 €</w:t>
      </w:r>
    </w:p>
    <w:p w14:paraId="2E234ADA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3. miesto – 100 €</w:t>
      </w:r>
    </w:p>
    <w:p w14:paraId="1AFB4A7D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Finančné a vecné ceny budú závisieť od podpory partnerov a sponzorov podujatia.</w:t>
      </w:r>
    </w:p>
    <w:p w14:paraId="35656737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Hlavná cena – PETZVALOV OBJEKTÍV</w:t>
      </w:r>
    </w:p>
    <w:p w14:paraId="0E357F9A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Hlavná cena fotografického plenéra bude udelená najlepšej fotografii celého ročníka bez ohľadu na vekovú alebo súťažnú kategóriu autora.</w:t>
      </w:r>
    </w:p>
    <w:p w14:paraId="356CE986" w14:textId="77777777" w:rsidR="00C37AEA" w:rsidRPr="007025FD" w:rsidRDefault="0032729D">
      <w:pPr>
        <w:pStyle w:val="Nadpis2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Cena verejnosti</w:t>
      </w:r>
    </w:p>
    <w:p w14:paraId="2E478476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Verejnosť bude mať možnosť hlasovať za vybrané súťažné fotografie. Fotografia s najvyšším počtom platných hlasov získa Cenu verejnosti. Predpokladaná finančná odmena je 100 – 200 € podľa možností organizátora a partnerov.</w:t>
      </w:r>
    </w:p>
    <w:p w14:paraId="08B160FD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lastRenderedPageBreak/>
        <w:t>17. Program – 12. september 2026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873"/>
      </w:tblGrid>
      <w:tr w:rsidR="007025FD" w:rsidRPr="007025FD" w14:paraId="2BF5281D" w14:textId="77777777">
        <w:trPr>
          <w:jc w:val="center"/>
        </w:trPr>
        <w:tc>
          <w:tcPr>
            <w:tcW w:w="4873" w:type="dxa"/>
          </w:tcPr>
          <w:p w14:paraId="17E26D47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Čas</w:t>
            </w:r>
          </w:p>
        </w:tc>
        <w:tc>
          <w:tcPr>
            <w:tcW w:w="4873" w:type="dxa"/>
          </w:tcPr>
          <w:p w14:paraId="64870C71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Program</w:t>
            </w:r>
          </w:p>
        </w:tc>
      </w:tr>
      <w:tr w:rsidR="007025FD" w:rsidRPr="007025FD" w14:paraId="5C868CC5" w14:textId="77777777">
        <w:trPr>
          <w:jc w:val="center"/>
        </w:trPr>
        <w:tc>
          <w:tcPr>
            <w:tcW w:w="4873" w:type="dxa"/>
            <w:vAlign w:val="center"/>
          </w:tcPr>
          <w:p w14:paraId="7710AAF0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9:00</w:t>
            </w:r>
          </w:p>
        </w:tc>
        <w:tc>
          <w:tcPr>
            <w:tcW w:w="4873" w:type="dxa"/>
            <w:vAlign w:val="center"/>
          </w:tcPr>
          <w:p w14:paraId="557AA130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 xml:space="preserve">Registrácia a privítanie účastníkov; prezentácia registrovaných; krátka prehliadka Múzea J. M. Petzvala; predstavenie programu, pravidiel, tém </w:t>
            </w:r>
            <w:proofErr w:type="gramStart"/>
            <w:r w:rsidRPr="007025FD">
              <w:rPr>
                <w:rFonts w:ascii="Times New Roman" w:hAnsi="Times New Roman" w:cs="Times New Roman"/>
                <w:color w:val="000000" w:themeColor="text1"/>
              </w:rPr>
              <w:t>a</w:t>
            </w:r>
            <w:proofErr w:type="gramEnd"/>
            <w:r w:rsidRPr="007025FD">
              <w:rPr>
                <w:rFonts w:ascii="Times New Roman" w:hAnsi="Times New Roman" w:cs="Times New Roman"/>
                <w:color w:val="000000" w:themeColor="text1"/>
              </w:rPr>
              <w:t xml:space="preserve"> organizačných pokynov.</w:t>
            </w:r>
          </w:p>
        </w:tc>
      </w:tr>
      <w:tr w:rsidR="007025FD" w:rsidRPr="007025FD" w14:paraId="2BAD2928" w14:textId="77777777">
        <w:trPr>
          <w:jc w:val="center"/>
        </w:trPr>
        <w:tc>
          <w:tcPr>
            <w:tcW w:w="4873" w:type="dxa"/>
            <w:vAlign w:val="center"/>
          </w:tcPr>
          <w:p w14:paraId="30D355B5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dopoludnie</w:t>
            </w:r>
          </w:p>
        </w:tc>
        <w:tc>
          <w:tcPr>
            <w:tcW w:w="4873" w:type="dxa"/>
            <w:vAlign w:val="center"/>
          </w:tcPr>
          <w:p w14:paraId="368BC910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Samostatné fotografovanie v stanovenom území.</w:t>
            </w:r>
          </w:p>
        </w:tc>
      </w:tr>
      <w:tr w:rsidR="007025FD" w:rsidRPr="007025FD" w14:paraId="3D701072" w14:textId="77777777">
        <w:trPr>
          <w:jc w:val="center"/>
        </w:trPr>
        <w:tc>
          <w:tcPr>
            <w:tcW w:w="4873" w:type="dxa"/>
            <w:vAlign w:val="center"/>
          </w:tcPr>
          <w:p w14:paraId="2D109BCE" w14:textId="5B5CF2E9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 xml:space="preserve">cca </w:t>
            </w:r>
            <w:r w:rsidR="009C4DB0"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4873" w:type="dxa"/>
            <w:vAlign w:val="center"/>
          </w:tcPr>
          <w:p w14:paraId="7135F11E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 xml:space="preserve">Spoločný obed registrovaných účastníkov, hostí </w:t>
            </w:r>
            <w:proofErr w:type="gramStart"/>
            <w:r w:rsidRPr="007025FD">
              <w:rPr>
                <w:rFonts w:ascii="Times New Roman" w:hAnsi="Times New Roman" w:cs="Times New Roman"/>
                <w:color w:val="000000" w:themeColor="text1"/>
              </w:rPr>
              <w:t>a</w:t>
            </w:r>
            <w:proofErr w:type="gramEnd"/>
            <w:r w:rsidRPr="007025FD">
              <w:rPr>
                <w:rFonts w:ascii="Times New Roman" w:hAnsi="Times New Roman" w:cs="Times New Roman"/>
                <w:color w:val="000000" w:themeColor="text1"/>
              </w:rPr>
              <w:t xml:space="preserve"> organizátorov.</w:t>
            </w:r>
          </w:p>
        </w:tc>
      </w:tr>
      <w:tr w:rsidR="007025FD" w:rsidRPr="007025FD" w14:paraId="71D05DC2" w14:textId="77777777">
        <w:trPr>
          <w:jc w:val="center"/>
        </w:trPr>
        <w:tc>
          <w:tcPr>
            <w:tcW w:w="4873" w:type="dxa"/>
            <w:vAlign w:val="center"/>
          </w:tcPr>
          <w:p w14:paraId="0F33CBB2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popoludnie</w:t>
            </w:r>
          </w:p>
        </w:tc>
        <w:tc>
          <w:tcPr>
            <w:tcW w:w="4873" w:type="dxa"/>
            <w:vAlign w:val="center"/>
          </w:tcPr>
          <w:p w14:paraId="511A1CD1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Pokračovanie vo fotografovaní.</w:t>
            </w:r>
          </w:p>
        </w:tc>
      </w:tr>
      <w:tr w:rsidR="007025FD" w:rsidRPr="007025FD" w14:paraId="623AE264" w14:textId="77777777">
        <w:trPr>
          <w:jc w:val="center"/>
        </w:trPr>
        <w:tc>
          <w:tcPr>
            <w:tcW w:w="4873" w:type="dxa"/>
            <w:vAlign w:val="center"/>
          </w:tcPr>
          <w:p w14:paraId="61A9C187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>16:00</w:t>
            </w:r>
          </w:p>
        </w:tc>
        <w:tc>
          <w:tcPr>
            <w:tcW w:w="4873" w:type="dxa"/>
            <w:vAlign w:val="center"/>
          </w:tcPr>
          <w:p w14:paraId="4872412B" w14:textId="77777777" w:rsidR="00C37AEA" w:rsidRPr="007025FD" w:rsidRDefault="003272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25FD">
              <w:rPr>
                <w:rFonts w:ascii="Times New Roman" w:hAnsi="Times New Roman" w:cs="Times New Roman"/>
                <w:color w:val="000000" w:themeColor="text1"/>
              </w:rPr>
              <w:t xml:space="preserve">Oficiálne ukončenie plenéra </w:t>
            </w:r>
            <w:proofErr w:type="gramStart"/>
            <w:r w:rsidRPr="007025FD">
              <w:rPr>
                <w:rFonts w:ascii="Times New Roman" w:hAnsi="Times New Roman" w:cs="Times New Roman"/>
                <w:color w:val="000000" w:themeColor="text1"/>
              </w:rPr>
              <w:t>a</w:t>
            </w:r>
            <w:proofErr w:type="gramEnd"/>
            <w:r w:rsidRPr="007025FD">
              <w:rPr>
                <w:rFonts w:ascii="Times New Roman" w:hAnsi="Times New Roman" w:cs="Times New Roman"/>
                <w:color w:val="000000" w:themeColor="text1"/>
              </w:rPr>
              <w:t xml:space="preserve"> informácie o odovzdaní fotografií, hodnotení, výstave a vyhlásení výsledkov.</w:t>
            </w:r>
          </w:p>
        </w:tc>
      </w:tr>
    </w:tbl>
    <w:p w14:paraId="080BF305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18. Výstava a vyhlásenie výsledkov</w:t>
      </w:r>
    </w:p>
    <w:p w14:paraId="4D76AE61" w14:textId="67E589CE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 skončení plenéra organizátor zabezpečí zber a kontrolu odovzdaných fotografií, zasadnutie poroty, výber fotografií na výstavu, tlač vybraných fotografií, prípravu diplomov</w:t>
      </w:r>
      <w:r w:rsidR="002D6E93">
        <w:rPr>
          <w:rFonts w:ascii="Times New Roman" w:hAnsi="Times New Roman" w:cs="Times New Roman"/>
          <w:color w:val="000000" w:themeColor="text1"/>
        </w:rPr>
        <w:t>,</w:t>
      </w:r>
      <w:r w:rsidRPr="007025FD">
        <w:rPr>
          <w:rFonts w:ascii="Times New Roman" w:hAnsi="Times New Roman" w:cs="Times New Roman"/>
          <w:color w:val="000000" w:themeColor="text1"/>
        </w:rPr>
        <w:t xml:space="preserve"> cien a inštaláciu výstavy.</w:t>
      </w:r>
    </w:p>
    <w:p w14:paraId="5D0C957B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Vernisáž a slávnostné vyhlásenie výsledkov sa uskutočnia počas Petzvalových dní, ktoré sa konajú v termíne 5. – 10. októbra 2026. Presný dátum a čas budú zverejnené dodatočne.</w:t>
      </w:r>
    </w:p>
    <w:p w14:paraId="46CF6C25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19. Autorské práva a použitie fotografií</w:t>
      </w:r>
    </w:p>
    <w:p w14:paraId="1E74A6D4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Autor odovzdaním fotografie potvrdzuje, že je jej autorom a disponuje právami potrebnými na jej prihlásenie do súťaže. Autor si ponecháva autorské práva k fotografii.</w:t>
      </w:r>
    </w:p>
    <w:p w14:paraId="7C30CF41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Účasťou v súťaži udeľuje organizátorovi nevýhradný súhlas na bezodplatné použitie prihlásených fotografií na účely prezentácie plenéra, výstavy, propagácie podujatia, webových stránok, sociálnych sietí, tlačových a propagačných materiálov a prezentácie budúcich ročníkov. Pri použití fotografie bude podľa možností uvedené meno autora.</w:t>
      </w:r>
    </w:p>
    <w:p w14:paraId="778BF250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20. Ochrana osobných údajov a fotografovanie osôb</w:t>
      </w:r>
    </w:p>
    <w:p w14:paraId="4EDBD116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 xml:space="preserve">Účastník je povinný pri fotografovaní rešpektovať platné právne predpisy, ochranu súkromia </w:t>
      </w:r>
      <w:proofErr w:type="gramStart"/>
      <w:r w:rsidRPr="007025FD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7025FD">
        <w:rPr>
          <w:rFonts w:ascii="Times New Roman" w:hAnsi="Times New Roman" w:cs="Times New Roman"/>
          <w:color w:val="000000" w:themeColor="text1"/>
        </w:rPr>
        <w:t xml:space="preserve"> osobnostné práva fotografovaných osôb. Za obsah svojej fotografie a splnenie podmienok potrebných na jej zverejnenie zodpovedá autor.</w:t>
      </w:r>
    </w:p>
    <w:p w14:paraId="61F113BB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Podrobné podmienky spracúvania osobných údajov účastníkov budú uvedené v registračnom formulári.</w:t>
      </w:r>
    </w:p>
    <w:p w14:paraId="788EC57F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21. Pravdivosť údajov a diskvalifikácia</w:t>
      </w:r>
    </w:p>
    <w:p w14:paraId="183B8DCE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Odoslaním fotografie autor čestne vyhlasuje, že je autorom fotografie, fotografia vznikla počas plenéra 12. 9. 2026 na povolenom území, odovzdaný RAW je originálnym súborom patriacim k súťažnej fotografii a fotografia nebola vytvorená ani obsahovo upravená generatívnou AI.</w:t>
      </w:r>
    </w:p>
    <w:p w14:paraId="3FBBC445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Pri zistení porušenia pravidiel má organizátor právo fotografiu bez náhrady vyradiť. Ak sa porušenie zistí až po vyhlásení výsledkov, organizátor si vyhradzuje právo odobrať udelené ocenenie a cenu.</w:t>
      </w:r>
    </w:p>
    <w:p w14:paraId="216559E5" w14:textId="77777777" w:rsidR="00C37AEA" w:rsidRPr="007025FD" w:rsidRDefault="0032729D">
      <w:pPr>
        <w:pStyle w:val="Nadpis1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lastRenderedPageBreak/>
        <w:t>22. Záverečné ustanovenia</w:t>
      </w:r>
    </w:p>
    <w:p w14:paraId="48365CF7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Organizátor si vyhradzuje právo upraviť harmonogram podujatia z organizačných dôvodov.</w:t>
      </w:r>
    </w:p>
    <w:p w14:paraId="6899411A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Organizátor môže nezaradiť fotografiu, ktorá nespĺňa podmienky súťaže.</w:t>
      </w:r>
    </w:p>
    <w:p w14:paraId="5A636653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Porota môže neudeliť niektorú z cien v prípade nedostatočnej kvality prihlásených prác.</w:t>
      </w:r>
    </w:p>
    <w:p w14:paraId="32595CDD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Organizátor môže zlúčiť kategórie pri nízkom počte účastníkov.</w:t>
      </w:r>
    </w:p>
    <w:p w14:paraId="294C548A" w14:textId="77777777" w:rsidR="00C37AEA" w:rsidRPr="007025FD" w:rsidRDefault="0032729D">
      <w:pPr>
        <w:pStyle w:val="Zoznamsodrkami"/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Organizátor a porota vyberú fotografie určené na výstavu a propagáciu podujatia.</w:t>
      </w:r>
    </w:p>
    <w:p w14:paraId="70540C32" w14:textId="77777777" w:rsidR="00C37AEA" w:rsidRPr="007025FD" w:rsidRDefault="0032729D">
      <w:pPr>
        <w:rPr>
          <w:rFonts w:ascii="Times New Roman" w:hAnsi="Times New Roman" w:cs="Times New Roman"/>
          <w:color w:val="000000" w:themeColor="text1"/>
        </w:rPr>
      </w:pPr>
      <w:r w:rsidRPr="007025FD">
        <w:rPr>
          <w:rFonts w:ascii="Times New Roman" w:hAnsi="Times New Roman" w:cs="Times New Roman"/>
          <w:color w:val="000000" w:themeColor="text1"/>
        </w:rPr>
        <w:t>Odoslaním registrácie účastník potvrdzuje, že sa oboznámil s propozíciami a štatútom fotografickej súťaže a súhlasí s nimi.</w:t>
      </w:r>
    </w:p>
    <w:sectPr w:rsidR="00C37AEA" w:rsidRPr="007025FD" w:rsidSect="00034616">
      <w:footerReference w:type="default" r:id="rId8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BA63A" w14:textId="77777777" w:rsidR="0065011C" w:rsidRDefault="0065011C">
      <w:pPr>
        <w:spacing w:after="0" w:line="240" w:lineRule="auto"/>
      </w:pPr>
      <w:r>
        <w:separator/>
      </w:r>
    </w:p>
  </w:endnote>
  <w:endnote w:type="continuationSeparator" w:id="0">
    <w:p w14:paraId="4E081B51" w14:textId="77777777" w:rsidR="0065011C" w:rsidRDefault="0065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1BDF2" w14:textId="77777777" w:rsidR="00C37AEA" w:rsidRDefault="0032729D">
    <w:pPr>
      <w:pStyle w:val="Pta"/>
      <w:jc w:val="center"/>
    </w:pPr>
    <w:r>
      <w:rPr>
        <w:sz w:val="16"/>
      </w:rPr>
      <w:t>Petzvalov fotografický plenér 2026 • Spišská Belá – Strážky • 12. 9.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91462" w14:textId="77777777" w:rsidR="0065011C" w:rsidRDefault="0065011C">
      <w:pPr>
        <w:spacing w:after="0" w:line="240" w:lineRule="auto"/>
      </w:pPr>
      <w:r>
        <w:separator/>
      </w:r>
    </w:p>
  </w:footnote>
  <w:footnote w:type="continuationSeparator" w:id="0">
    <w:p w14:paraId="70C14319" w14:textId="77777777" w:rsidR="0065011C" w:rsidRDefault="00650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3820"/>
    <w:rsid w:val="0015074B"/>
    <w:rsid w:val="001D2C18"/>
    <w:rsid w:val="0026793F"/>
    <w:rsid w:val="0029639D"/>
    <w:rsid w:val="002D6E93"/>
    <w:rsid w:val="003159A7"/>
    <w:rsid w:val="00326F90"/>
    <w:rsid w:val="0032729D"/>
    <w:rsid w:val="00331098"/>
    <w:rsid w:val="00426BE4"/>
    <w:rsid w:val="004704C6"/>
    <w:rsid w:val="005111B4"/>
    <w:rsid w:val="00541CE7"/>
    <w:rsid w:val="0065011C"/>
    <w:rsid w:val="006630A3"/>
    <w:rsid w:val="007025FD"/>
    <w:rsid w:val="00875CE0"/>
    <w:rsid w:val="00904EDD"/>
    <w:rsid w:val="00907567"/>
    <w:rsid w:val="009C4DB0"/>
    <w:rsid w:val="00A02790"/>
    <w:rsid w:val="00A438F2"/>
    <w:rsid w:val="00AA1D8D"/>
    <w:rsid w:val="00B42E2A"/>
    <w:rsid w:val="00B47730"/>
    <w:rsid w:val="00BD7AFC"/>
    <w:rsid w:val="00C37AEA"/>
    <w:rsid w:val="00CB0664"/>
    <w:rsid w:val="00CC04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DA2E7"/>
  <w14:defaultImageDpi w14:val="300"/>
  <w15:docId w15:val="{B6243AF5-253B-4A64-9280-6D22B9D7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Aptos" w:hAnsi="Aptos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45E60D-4161-45AF-A7F2-9826C6AEC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2120</Words>
  <Characters>12085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Lucia Bielakova</cp:lastModifiedBy>
  <cp:revision>18</cp:revision>
  <dcterms:created xsi:type="dcterms:W3CDTF">2013-12-23T23:15:00Z</dcterms:created>
  <dcterms:modified xsi:type="dcterms:W3CDTF">2026-08-20T09:38:00Z</dcterms:modified>
  <cp:category/>
</cp:coreProperties>
</file>